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FORMULARZ ODSTĄPIENIA OD UMOWY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Adresat:</w:t>
        <w:br w:type="textWrapping"/>
        <w:t xml:space="preserve">ERYK JASAK hasztagłatwo</w:t>
        <w:br w:type="textWrapping"/>
        <w:t xml:space="preserve">ul. Starowiślna 51/8</w:t>
        <w:br w:type="textWrapping"/>
        <w:t xml:space="preserve">31-038 Kraków</w:t>
        <w:br w:type="textWrapping"/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Imię i nazwisko </w:t>
      </w:r>
      <w:r w:rsidDel="00000000" w:rsidR="00000000" w:rsidRPr="00000000">
        <w:rPr>
          <w:rtl w:val="0"/>
        </w:rPr>
        <w:t xml:space="preserve">Kupującego</w:t>
      </w:r>
      <w:r w:rsidDel="00000000" w:rsidR="00000000" w:rsidRPr="00000000">
        <w:rPr>
          <w:rtl w:val="0"/>
        </w:rPr>
        <w:t xml:space="preserve">: 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Adres </w:t>
      </w:r>
      <w:r w:rsidDel="00000000" w:rsidR="00000000" w:rsidRPr="00000000">
        <w:rPr>
          <w:rtl w:val="0"/>
        </w:rPr>
        <w:t xml:space="preserve">Kupującego</w:t>
      </w:r>
      <w:r w:rsidDel="00000000" w:rsidR="00000000" w:rsidRPr="00000000">
        <w:rPr>
          <w:rtl w:val="0"/>
        </w:rPr>
        <w:t xml:space="preserve">: 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Adres e-mail / Telefon: 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Numer zamówienia: 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Data zakupu: 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Data otrzymania towaru: 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br w:type="textWrapping"/>
        <w:t xml:space="preserve">Oświadczenie:</w:t>
        <w:br w:type="textWrapping"/>
        <w:t xml:space="preserve">Niniejszym odstępuję od umowy sprzedaży następujących towarów:</w:t>
        <w:br w:type="textWrapping"/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  <w:br w:type="textWrapping"/>
        <w:t xml:space="preserve">..................................................</w:t>
        <w:br w:type="textWrapping"/>
        <w:t xml:space="preserve">Podpis Konsumenta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Ul0hYuz5mtiizQDTqYysQqLSvw==">CgMxLjA4AHIhMWx0ZVU1TWJ5NUZyOFFFQ09jNWRIdnlQenVUZTFrYUhT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