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FORMULARZ REKLAMACYJNY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Adresat:</w:t>
        <w:br w:type="textWrapping"/>
        <w:t xml:space="preserve">ERYK JASAK hasztagłatwo</w:t>
        <w:br w:type="textWrapping"/>
        <w:t xml:space="preserve">ul. Starowiślna 51/8</w:t>
        <w:br w:type="textWrapping"/>
        <w:t xml:space="preserve">31-038 Kraków</w:t>
        <w:br w:type="textWrapping"/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Imię i nazwisko </w:t>
      </w:r>
      <w:r w:rsidDel="00000000" w:rsidR="00000000" w:rsidRPr="00000000">
        <w:rPr>
          <w:rtl w:val="0"/>
        </w:rPr>
        <w:t xml:space="preserve">Kupującego</w:t>
      </w:r>
      <w:r w:rsidDel="00000000" w:rsidR="00000000" w:rsidRPr="00000000">
        <w:rPr>
          <w:rtl w:val="0"/>
        </w:rPr>
        <w:t xml:space="preserve">: 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Adres </w:t>
      </w:r>
      <w:r w:rsidDel="00000000" w:rsidR="00000000" w:rsidRPr="00000000">
        <w:rPr>
          <w:rtl w:val="0"/>
        </w:rPr>
        <w:t xml:space="preserve">Kupującego</w:t>
      </w:r>
      <w:r w:rsidDel="00000000" w:rsidR="00000000" w:rsidRPr="00000000">
        <w:rPr>
          <w:rtl w:val="0"/>
        </w:rPr>
        <w:t xml:space="preserve">: 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Adres e-mail / Telefon: 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Numer zamówienia: 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Data zakupu: 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Data otrzymania towaru: 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br w:type="textWrapping"/>
        <w:t xml:space="preserve">Opis reklamowanej wady:</w:t>
        <w:br w:type="textWrapping"/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br w:type="textWrapping"/>
        <w:t xml:space="preserve">Propozycja rozwiązania sporu (np. wymiana, obniżenie ceny):</w:t>
        <w:br w:type="textWrapping"/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  <w:t xml:space="preserve">..................................................</w:t>
        <w:br w:type="textWrapping"/>
        <w:t xml:space="preserve">Podpis Kupującego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j+kBLYPRkWw1T+9TWttN1BsSdA==">CgMxLjA4AHIhMTY0cXNnODNSb3RZdllvb2Y0VGxTSmNsMVZIajc2RmhV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